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B2329" w14:textId="77777777" w:rsidR="0040338B" w:rsidRPr="00C55F10" w:rsidRDefault="00000000">
      <w:pPr>
        <w:jc w:val="center"/>
        <w:rPr>
          <w:sz w:val="50"/>
          <w:szCs w:val="50"/>
        </w:rPr>
      </w:pPr>
      <w:proofErr w:type="spellStart"/>
      <w:r w:rsidRPr="00C55F10">
        <w:rPr>
          <w:b/>
          <w:sz w:val="50"/>
          <w:szCs w:val="50"/>
        </w:rPr>
        <w:t>පාම්</w:t>
      </w:r>
      <w:proofErr w:type="spellEnd"/>
      <w:r w:rsidRPr="00C55F10">
        <w:rPr>
          <w:b/>
          <w:sz w:val="50"/>
          <w:szCs w:val="50"/>
        </w:rPr>
        <w:t xml:space="preserve"> </w:t>
      </w:r>
      <w:proofErr w:type="spellStart"/>
      <w:r w:rsidRPr="00C55F10">
        <w:rPr>
          <w:b/>
          <w:sz w:val="50"/>
          <w:szCs w:val="50"/>
        </w:rPr>
        <w:t>පදනම</w:t>
      </w:r>
      <w:proofErr w:type="spellEnd"/>
      <w:r w:rsidRPr="00C55F10">
        <w:rPr>
          <w:b/>
          <w:sz w:val="50"/>
          <w:szCs w:val="50"/>
        </w:rPr>
        <w:t xml:space="preserve"> (PALM FOUNDATION)</w:t>
      </w:r>
    </w:p>
    <w:p w14:paraId="75F0BB93" w14:textId="77777777" w:rsidR="0040338B" w:rsidRPr="00C55F10" w:rsidRDefault="00000000">
      <w:pPr>
        <w:jc w:val="center"/>
        <w:rPr>
          <w:sz w:val="30"/>
          <w:szCs w:val="30"/>
        </w:rPr>
      </w:pPr>
      <w:proofErr w:type="spellStart"/>
      <w:r w:rsidRPr="00C55F10">
        <w:rPr>
          <w:b/>
          <w:sz w:val="30"/>
          <w:szCs w:val="30"/>
        </w:rPr>
        <w:t>අංක</w:t>
      </w:r>
      <w:proofErr w:type="spellEnd"/>
      <w:r w:rsidRPr="00C55F10">
        <w:rPr>
          <w:b/>
          <w:sz w:val="30"/>
          <w:szCs w:val="30"/>
        </w:rPr>
        <w:t xml:space="preserve"> 133, </w:t>
      </w:r>
      <w:proofErr w:type="spellStart"/>
      <w:r w:rsidRPr="00C55F10">
        <w:rPr>
          <w:b/>
          <w:sz w:val="30"/>
          <w:szCs w:val="30"/>
        </w:rPr>
        <w:t>ලේඩි</w:t>
      </w:r>
      <w:proofErr w:type="spellEnd"/>
      <w:r w:rsidRPr="00C55F10">
        <w:rPr>
          <w:b/>
          <w:sz w:val="30"/>
          <w:szCs w:val="30"/>
        </w:rPr>
        <w:t xml:space="preserve"> </w:t>
      </w:r>
      <w:proofErr w:type="spellStart"/>
      <w:r w:rsidRPr="00C55F10">
        <w:rPr>
          <w:b/>
          <w:sz w:val="30"/>
          <w:szCs w:val="30"/>
        </w:rPr>
        <w:t>මැකලම්</w:t>
      </w:r>
      <w:proofErr w:type="spellEnd"/>
      <w:r w:rsidRPr="00C55F10">
        <w:rPr>
          <w:b/>
          <w:sz w:val="30"/>
          <w:szCs w:val="30"/>
        </w:rPr>
        <w:t xml:space="preserve"> </w:t>
      </w:r>
      <w:proofErr w:type="spellStart"/>
      <w:r w:rsidRPr="00C55F10">
        <w:rPr>
          <w:b/>
          <w:sz w:val="30"/>
          <w:szCs w:val="30"/>
        </w:rPr>
        <w:t>පාර</w:t>
      </w:r>
      <w:proofErr w:type="spellEnd"/>
      <w:r w:rsidRPr="00C55F10">
        <w:rPr>
          <w:b/>
          <w:sz w:val="30"/>
          <w:szCs w:val="30"/>
        </w:rPr>
        <w:t xml:space="preserve">, </w:t>
      </w:r>
      <w:proofErr w:type="spellStart"/>
      <w:r w:rsidRPr="00C55F10">
        <w:rPr>
          <w:b/>
          <w:sz w:val="30"/>
          <w:szCs w:val="30"/>
        </w:rPr>
        <w:t>නුවරඑළිය</w:t>
      </w:r>
      <w:proofErr w:type="spellEnd"/>
      <w:r w:rsidRPr="00C55F10">
        <w:rPr>
          <w:b/>
          <w:sz w:val="30"/>
          <w:szCs w:val="30"/>
        </w:rPr>
        <w:br/>
      </w:r>
      <w:proofErr w:type="spellStart"/>
      <w:r w:rsidRPr="00C55F10">
        <w:rPr>
          <w:sz w:val="30"/>
          <w:szCs w:val="30"/>
        </w:rPr>
        <w:t>ලියාපදිංචි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අංකය</w:t>
      </w:r>
      <w:proofErr w:type="spellEnd"/>
      <w:r w:rsidRPr="00C55F10">
        <w:rPr>
          <w:sz w:val="30"/>
          <w:szCs w:val="30"/>
        </w:rPr>
        <w:t xml:space="preserve">: FL </w:t>
      </w:r>
      <w:proofErr w:type="gramStart"/>
      <w:r w:rsidRPr="00C55F10">
        <w:rPr>
          <w:sz w:val="30"/>
          <w:szCs w:val="30"/>
        </w:rPr>
        <w:t>42201  |</w:t>
      </w:r>
      <w:proofErr w:type="gramEnd"/>
      <w:r w:rsidRPr="00C55F10">
        <w:rPr>
          <w:sz w:val="30"/>
          <w:szCs w:val="30"/>
        </w:rPr>
        <w:t xml:space="preserve">  </w:t>
      </w:r>
      <w:proofErr w:type="spellStart"/>
      <w:r w:rsidRPr="00C55F10">
        <w:rPr>
          <w:sz w:val="30"/>
          <w:szCs w:val="30"/>
        </w:rPr>
        <w:t>දුරකථන</w:t>
      </w:r>
      <w:proofErr w:type="spellEnd"/>
      <w:r w:rsidRPr="00C55F10">
        <w:rPr>
          <w:sz w:val="30"/>
          <w:szCs w:val="30"/>
        </w:rPr>
        <w:t>: 052-2222839 / 071-4688817</w:t>
      </w:r>
    </w:p>
    <w:p w14:paraId="2F58F4E2" w14:textId="77777777" w:rsidR="0040338B" w:rsidRPr="00C55F10" w:rsidRDefault="00000000">
      <w:pPr>
        <w:jc w:val="center"/>
        <w:rPr>
          <w:sz w:val="40"/>
          <w:szCs w:val="40"/>
        </w:rPr>
      </w:pPr>
      <w:proofErr w:type="spellStart"/>
      <w:r w:rsidRPr="00C55F10">
        <w:rPr>
          <w:b/>
          <w:sz w:val="40"/>
          <w:szCs w:val="40"/>
        </w:rPr>
        <w:t>ටෙන්ඩර්</w:t>
      </w:r>
      <w:proofErr w:type="spellEnd"/>
      <w:r w:rsidRPr="00C55F10">
        <w:rPr>
          <w:b/>
          <w:sz w:val="40"/>
          <w:szCs w:val="40"/>
        </w:rPr>
        <w:t xml:space="preserve"> </w:t>
      </w:r>
      <w:proofErr w:type="spellStart"/>
      <w:r w:rsidRPr="00C55F10">
        <w:rPr>
          <w:b/>
          <w:sz w:val="40"/>
          <w:szCs w:val="40"/>
        </w:rPr>
        <w:t>දැන්වීම</w:t>
      </w:r>
      <w:proofErr w:type="spellEnd"/>
    </w:p>
    <w:p w14:paraId="02B74CF6" w14:textId="77777777" w:rsidR="0040338B" w:rsidRPr="00C55F10" w:rsidRDefault="00000000">
      <w:pPr>
        <w:rPr>
          <w:sz w:val="30"/>
          <w:szCs w:val="30"/>
        </w:rPr>
      </w:pPr>
      <w:proofErr w:type="spellStart"/>
      <w:r w:rsidRPr="00C55F10">
        <w:rPr>
          <w:b/>
          <w:sz w:val="30"/>
          <w:szCs w:val="30"/>
        </w:rPr>
        <w:t>විකිණීම</w:t>
      </w:r>
      <w:proofErr w:type="spellEnd"/>
      <w:r w:rsidRPr="00C55F10">
        <w:rPr>
          <w:b/>
          <w:sz w:val="30"/>
          <w:szCs w:val="30"/>
        </w:rPr>
        <w:t xml:space="preserve"> </w:t>
      </w:r>
      <w:proofErr w:type="spellStart"/>
      <w:r w:rsidRPr="00C55F10">
        <w:rPr>
          <w:b/>
          <w:sz w:val="30"/>
          <w:szCs w:val="30"/>
        </w:rPr>
        <w:t>සඳහා</w:t>
      </w:r>
      <w:proofErr w:type="spellEnd"/>
      <w:r w:rsidRPr="00C55F10">
        <w:rPr>
          <w:b/>
          <w:sz w:val="30"/>
          <w:szCs w:val="30"/>
        </w:rPr>
        <w:t xml:space="preserve">: </w:t>
      </w:r>
      <w:proofErr w:type="spellStart"/>
      <w:r w:rsidRPr="00C55F10">
        <w:rPr>
          <w:sz w:val="30"/>
          <w:szCs w:val="30"/>
        </w:rPr>
        <w:t>පාම්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පදනමට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අයත්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භාවිත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කළ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වාහන</w:t>
      </w:r>
      <w:proofErr w:type="spellEnd"/>
    </w:p>
    <w:p w14:paraId="4D101816" w14:textId="77777777" w:rsidR="0040338B" w:rsidRPr="00C55F10" w:rsidRDefault="00000000">
      <w:pPr>
        <w:rPr>
          <w:sz w:val="30"/>
          <w:szCs w:val="30"/>
        </w:rPr>
      </w:pPr>
      <w:proofErr w:type="spellStart"/>
      <w:r w:rsidRPr="00C55F10">
        <w:rPr>
          <w:b/>
          <w:sz w:val="30"/>
          <w:szCs w:val="30"/>
        </w:rPr>
        <w:t>ලිපිනය</w:t>
      </w:r>
      <w:proofErr w:type="spellEnd"/>
      <w:r w:rsidRPr="00C55F10">
        <w:rPr>
          <w:b/>
          <w:sz w:val="30"/>
          <w:szCs w:val="30"/>
        </w:rPr>
        <w:t xml:space="preserve">: </w:t>
      </w:r>
      <w:proofErr w:type="spellStart"/>
      <w:r w:rsidRPr="00C55F10">
        <w:rPr>
          <w:sz w:val="30"/>
          <w:szCs w:val="30"/>
        </w:rPr>
        <w:t>සභාපති</w:t>
      </w:r>
      <w:proofErr w:type="spellEnd"/>
      <w:r w:rsidRPr="00C55F10">
        <w:rPr>
          <w:sz w:val="30"/>
          <w:szCs w:val="30"/>
        </w:rPr>
        <w:t xml:space="preserve">, </w:t>
      </w:r>
      <w:proofErr w:type="spellStart"/>
      <w:r w:rsidRPr="00C55F10">
        <w:rPr>
          <w:sz w:val="30"/>
          <w:szCs w:val="30"/>
        </w:rPr>
        <w:t>ප්‍රසම්පාදන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කමිටුව</w:t>
      </w:r>
      <w:proofErr w:type="spellEnd"/>
      <w:r w:rsidRPr="00C55F10">
        <w:rPr>
          <w:sz w:val="30"/>
          <w:szCs w:val="30"/>
        </w:rPr>
        <w:t xml:space="preserve">, </w:t>
      </w:r>
      <w:proofErr w:type="spellStart"/>
      <w:r w:rsidRPr="00C55F10">
        <w:rPr>
          <w:sz w:val="30"/>
          <w:szCs w:val="30"/>
        </w:rPr>
        <w:t>පාම්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පදනම</w:t>
      </w:r>
      <w:proofErr w:type="spellEnd"/>
      <w:r w:rsidRPr="00C55F10">
        <w:rPr>
          <w:sz w:val="30"/>
          <w:szCs w:val="30"/>
        </w:rPr>
        <w:t xml:space="preserve">, </w:t>
      </w:r>
      <w:proofErr w:type="spellStart"/>
      <w:r w:rsidRPr="00C55F10">
        <w:rPr>
          <w:sz w:val="30"/>
          <w:szCs w:val="30"/>
        </w:rPr>
        <w:t>අංක</w:t>
      </w:r>
      <w:proofErr w:type="spellEnd"/>
      <w:r w:rsidRPr="00C55F10">
        <w:rPr>
          <w:sz w:val="30"/>
          <w:szCs w:val="30"/>
        </w:rPr>
        <w:t xml:space="preserve"> 133, </w:t>
      </w:r>
      <w:proofErr w:type="spellStart"/>
      <w:r w:rsidRPr="00C55F10">
        <w:rPr>
          <w:sz w:val="30"/>
          <w:szCs w:val="30"/>
        </w:rPr>
        <w:t>ලේඩි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මැකලම්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පාර</w:t>
      </w:r>
      <w:proofErr w:type="spellEnd"/>
      <w:r w:rsidRPr="00C55F10">
        <w:rPr>
          <w:sz w:val="30"/>
          <w:szCs w:val="30"/>
        </w:rPr>
        <w:t xml:space="preserve">, </w:t>
      </w:r>
      <w:proofErr w:type="spellStart"/>
      <w:r w:rsidRPr="00C55F10">
        <w:rPr>
          <w:sz w:val="30"/>
          <w:szCs w:val="30"/>
        </w:rPr>
        <w:t>නුවරඑළිය</w:t>
      </w:r>
      <w:proofErr w:type="spellEnd"/>
      <w:r w:rsidRPr="00C55F10">
        <w:rPr>
          <w:sz w:val="30"/>
          <w:szCs w:val="30"/>
        </w:rPr>
        <w:t>.</w:t>
      </w:r>
    </w:p>
    <w:p w14:paraId="7D78EFF6" w14:textId="77777777" w:rsidR="0040338B" w:rsidRPr="00C55F10" w:rsidRDefault="00000000">
      <w:pPr>
        <w:rPr>
          <w:sz w:val="30"/>
          <w:szCs w:val="30"/>
        </w:rPr>
      </w:pPr>
      <w:proofErr w:type="spellStart"/>
      <w:r w:rsidRPr="00C55F10">
        <w:rPr>
          <w:sz w:val="30"/>
          <w:szCs w:val="30"/>
        </w:rPr>
        <w:t>පාම්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පදනම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විසින්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භාවිත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කළ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වාහන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කිහිපයක්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විකිණීම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සඳහා</w:t>
      </w:r>
      <w:proofErr w:type="spellEnd"/>
      <w:r w:rsidRPr="00C55F10">
        <w:rPr>
          <w:sz w:val="30"/>
          <w:szCs w:val="30"/>
        </w:rPr>
        <w:t xml:space="preserve">, </w:t>
      </w:r>
      <w:proofErr w:type="spellStart"/>
      <w:r w:rsidRPr="00C55F10">
        <w:rPr>
          <w:sz w:val="30"/>
          <w:szCs w:val="30"/>
        </w:rPr>
        <w:t>පහත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සඳහන්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කොන්දේසිවලට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යටත්ව</w:t>
      </w:r>
      <w:proofErr w:type="spellEnd"/>
      <w:r w:rsidRPr="00C55F10">
        <w:rPr>
          <w:sz w:val="30"/>
          <w:szCs w:val="30"/>
        </w:rPr>
        <w:t xml:space="preserve">, </w:t>
      </w:r>
      <w:proofErr w:type="spellStart"/>
      <w:r w:rsidRPr="00C55F10">
        <w:rPr>
          <w:sz w:val="30"/>
          <w:szCs w:val="30"/>
        </w:rPr>
        <w:t>මුද්‍රා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තැබූ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මිල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ගණන්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කැඳවනු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ලැබේ</w:t>
      </w:r>
      <w:proofErr w:type="spellEnd"/>
      <w:r w:rsidRPr="00C55F10">
        <w:rPr>
          <w:sz w:val="30"/>
          <w:szCs w:val="30"/>
        </w:rPr>
        <w:t>.</w:t>
      </w:r>
    </w:p>
    <w:p w14:paraId="239ABDC2" w14:textId="77777777" w:rsidR="0040338B" w:rsidRPr="00C55F10" w:rsidRDefault="00000000">
      <w:pPr>
        <w:rPr>
          <w:sz w:val="30"/>
          <w:szCs w:val="30"/>
        </w:rPr>
      </w:pPr>
      <w:proofErr w:type="spellStart"/>
      <w:r w:rsidRPr="00C55F10">
        <w:rPr>
          <w:b/>
          <w:sz w:val="30"/>
          <w:szCs w:val="30"/>
        </w:rPr>
        <w:t>විකිණීමට</w:t>
      </w:r>
      <w:proofErr w:type="spellEnd"/>
      <w:r w:rsidRPr="00C55F10">
        <w:rPr>
          <w:b/>
          <w:sz w:val="30"/>
          <w:szCs w:val="30"/>
        </w:rPr>
        <w:t xml:space="preserve"> </w:t>
      </w:r>
      <w:proofErr w:type="spellStart"/>
      <w:r w:rsidRPr="00C55F10">
        <w:rPr>
          <w:b/>
          <w:sz w:val="30"/>
          <w:szCs w:val="30"/>
        </w:rPr>
        <w:t>ඇති</w:t>
      </w:r>
      <w:proofErr w:type="spellEnd"/>
      <w:r w:rsidRPr="00C55F10">
        <w:rPr>
          <w:b/>
          <w:sz w:val="30"/>
          <w:szCs w:val="30"/>
        </w:rPr>
        <w:t xml:space="preserve"> </w:t>
      </w:r>
      <w:proofErr w:type="spellStart"/>
      <w:r w:rsidRPr="00C55F10">
        <w:rPr>
          <w:b/>
          <w:sz w:val="30"/>
          <w:szCs w:val="30"/>
        </w:rPr>
        <w:t>වාහන</w:t>
      </w:r>
      <w:proofErr w:type="spellEnd"/>
      <w:r w:rsidRPr="00C55F10">
        <w:rPr>
          <w:b/>
          <w:sz w:val="30"/>
          <w:szCs w:val="30"/>
        </w:rPr>
        <w:t xml:space="preserve"> </w:t>
      </w:r>
      <w:proofErr w:type="spellStart"/>
      <w:r w:rsidRPr="00C55F10">
        <w:rPr>
          <w:b/>
          <w:sz w:val="30"/>
          <w:szCs w:val="30"/>
        </w:rPr>
        <w:t>පිළිබඳ</w:t>
      </w:r>
      <w:proofErr w:type="spellEnd"/>
      <w:r w:rsidRPr="00C55F10">
        <w:rPr>
          <w:b/>
          <w:sz w:val="30"/>
          <w:szCs w:val="30"/>
        </w:rPr>
        <w:t xml:space="preserve"> </w:t>
      </w:r>
      <w:proofErr w:type="spellStart"/>
      <w:r w:rsidRPr="00C55F10">
        <w:rPr>
          <w:b/>
          <w:sz w:val="30"/>
          <w:szCs w:val="30"/>
        </w:rPr>
        <w:t>විස්තර</w:t>
      </w:r>
      <w:proofErr w:type="spellEnd"/>
    </w:p>
    <w:tbl>
      <w:tblPr>
        <w:tblStyle w:val="TableGrid"/>
        <w:tblW w:w="10548" w:type="dxa"/>
        <w:jc w:val="center"/>
        <w:tblLook w:val="04A0" w:firstRow="1" w:lastRow="0" w:firstColumn="1" w:lastColumn="0" w:noHBand="0" w:noVBand="1"/>
      </w:tblPr>
      <w:tblGrid>
        <w:gridCol w:w="1007"/>
        <w:gridCol w:w="2137"/>
        <w:gridCol w:w="4712"/>
        <w:gridCol w:w="1322"/>
        <w:gridCol w:w="1370"/>
      </w:tblGrid>
      <w:tr w:rsidR="00C55F10" w:rsidRPr="00C55F10" w14:paraId="52D9F371" w14:textId="77777777" w:rsidTr="00FE48ED">
        <w:trPr>
          <w:jc w:val="center"/>
        </w:trPr>
        <w:tc>
          <w:tcPr>
            <w:tcW w:w="1007" w:type="dxa"/>
          </w:tcPr>
          <w:p w14:paraId="2806A118" w14:textId="76506E61" w:rsidR="00C55F10" w:rsidRPr="00FE48ED" w:rsidRDefault="00C55F10">
            <w:pPr>
              <w:rPr>
                <w:bCs/>
                <w:sz w:val="30"/>
                <w:szCs w:val="30"/>
              </w:rPr>
            </w:pPr>
            <w:r w:rsidRPr="00FE48ED">
              <w:rPr>
                <w:rFonts w:cs="Iskoola Pota"/>
                <w:bCs/>
                <w:sz w:val="30"/>
                <w:szCs w:val="30"/>
                <w:cs/>
                <w:lang w:bidi="si-LK"/>
              </w:rPr>
              <w:t>අනු අංකය</w:t>
            </w:r>
          </w:p>
        </w:tc>
        <w:tc>
          <w:tcPr>
            <w:tcW w:w="2137" w:type="dxa"/>
            <w:vAlign w:val="center"/>
          </w:tcPr>
          <w:p w14:paraId="026E8C07" w14:textId="0B7BD0D1" w:rsidR="00C55F10" w:rsidRPr="00FE48ED" w:rsidRDefault="00C55F10">
            <w:pPr>
              <w:rPr>
                <w:bCs/>
                <w:sz w:val="30"/>
                <w:szCs w:val="30"/>
              </w:rPr>
            </w:pPr>
            <w:proofErr w:type="spellStart"/>
            <w:r w:rsidRPr="00FE48ED">
              <w:rPr>
                <w:bCs/>
                <w:sz w:val="30"/>
                <w:szCs w:val="30"/>
              </w:rPr>
              <w:t>වාහන</w:t>
            </w:r>
            <w:proofErr w:type="spellEnd"/>
            <w:r w:rsidRPr="00FE48ED">
              <w:rPr>
                <w:bCs/>
                <w:sz w:val="30"/>
                <w:szCs w:val="30"/>
              </w:rPr>
              <w:t xml:space="preserve"> </w:t>
            </w:r>
            <w:proofErr w:type="spellStart"/>
            <w:r w:rsidRPr="00FE48ED">
              <w:rPr>
                <w:bCs/>
                <w:sz w:val="30"/>
                <w:szCs w:val="30"/>
              </w:rPr>
              <w:t>අංකය</w:t>
            </w:r>
            <w:proofErr w:type="spellEnd"/>
          </w:p>
        </w:tc>
        <w:tc>
          <w:tcPr>
            <w:tcW w:w="4712" w:type="dxa"/>
            <w:vAlign w:val="center"/>
          </w:tcPr>
          <w:p w14:paraId="65FEA622" w14:textId="77777777" w:rsidR="00C55F10" w:rsidRPr="00FE48ED" w:rsidRDefault="00C55F10">
            <w:pPr>
              <w:rPr>
                <w:bCs/>
                <w:sz w:val="30"/>
                <w:szCs w:val="30"/>
              </w:rPr>
            </w:pPr>
            <w:proofErr w:type="spellStart"/>
            <w:r w:rsidRPr="00FE48ED">
              <w:rPr>
                <w:bCs/>
                <w:sz w:val="30"/>
                <w:szCs w:val="30"/>
              </w:rPr>
              <w:t>වාහන</w:t>
            </w:r>
            <w:proofErr w:type="spellEnd"/>
            <w:r w:rsidRPr="00FE48ED">
              <w:rPr>
                <w:bCs/>
                <w:sz w:val="30"/>
                <w:szCs w:val="30"/>
              </w:rPr>
              <w:t xml:space="preserve"> </w:t>
            </w:r>
            <w:proofErr w:type="spellStart"/>
            <w:r w:rsidRPr="00FE48ED">
              <w:rPr>
                <w:bCs/>
                <w:sz w:val="30"/>
                <w:szCs w:val="30"/>
              </w:rPr>
              <w:t>නිෂ්පාදනය</w:t>
            </w:r>
            <w:proofErr w:type="spellEnd"/>
            <w:r w:rsidRPr="00FE48ED">
              <w:rPr>
                <w:bCs/>
                <w:sz w:val="30"/>
                <w:szCs w:val="30"/>
              </w:rPr>
              <w:t xml:space="preserve"> / </w:t>
            </w:r>
            <w:proofErr w:type="spellStart"/>
            <w:r w:rsidRPr="00FE48ED">
              <w:rPr>
                <w:bCs/>
                <w:sz w:val="30"/>
                <w:szCs w:val="30"/>
              </w:rPr>
              <w:t>වර්ගය</w:t>
            </w:r>
            <w:proofErr w:type="spellEnd"/>
          </w:p>
        </w:tc>
        <w:tc>
          <w:tcPr>
            <w:tcW w:w="1322" w:type="dxa"/>
            <w:vAlign w:val="center"/>
          </w:tcPr>
          <w:p w14:paraId="75384C07" w14:textId="77777777" w:rsidR="00C55F10" w:rsidRPr="00FE48ED" w:rsidRDefault="00C55F10">
            <w:pPr>
              <w:rPr>
                <w:bCs/>
                <w:sz w:val="30"/>
                <w:szCs w:val="30"/>
              </w:rPr>
            </w:pPr>
            <w:proofErr w:type="spellStart"/>
            <w:r w:rsidRPr="00FE48ED">
              <w:rPr>
                <w:bCs/>
                <w:sz w:val="30"/>
                <w:szCs w:val="30"/>
              </w:rPr>
              <w:t>පළමු</w:t>
            </w:r>
            <w:proofErr w:type="spellEnd"/>
            <w:r w:rsidRPr="00FE48ED">
              <w:rPr>
                <w:bCs/>
                <w:sz w:val="30"/>
                <w:szCs w:val="30"/>
              </w:rPr>
              <w:t xml:space="preserve"> </w:t>
            </w:r>
            <w:proofErr w:type="spellStart"/>
            <w:r w:rsidRPr="00FE48ED">
              <w:rPr>
                <w:bCs/>
                <w:sz w:val="30"/>
                <w:szCs w:val="30"/>
              </w:rPr>
              <w:t>ලියාපදිංචි</w:t>
            </w:r>
            <w:proofErr w:type="spellEnd"/>
            <w:r w:rsidRPr="00FE48ED">
              <w:rPr>
                <w:bCs/>
                <w:sz w:val="30"/>
                <w:szCs w:val="30"/>
              </w:rPr>
              <w:t xml:space="preserve"> </w:t>
            </w:r>
            <w:proofErr w:type="spellStart"/>
            <w:r w:rsidRPr="00FE48ED">
              <w:rPr>
                <w:bCs/>
                <w:sz w:val="30"/>
                <w:szCs w:val="30"/>
              </w:rPr>
              <w:t>වර්ෂය</w:t>
            </w:r>
            <w:proofErr w:type="spellEnd"/>
          </w:p>
        </w:tc>
        <w:tc>
          <w:tcPr>
            <w:tcW w:w="1370" w:type="dxa"/>
            <w:vAlign w:val="center"/>
          </w:tcPr>
          <w:p w14:paraId="0BC9AC0C" w14:textId="77777777" w:rsidR="00C55F10" w:rsidRPr="00FE48ED" w:rsidRDefault="00C55F10">
            <w:pPr>
              <w:rPr>
                <w:bCs/>
                <w:sz w:val="30"/>
                <w:szCs w:val="30"/>
              </w:rPr>
            </w:pPr>
            <w:proofErr w:type="spellStart"/>
            <w:r w:rsidRPr="00FE48ED">
              <w:rPr>
                <w:bCs/>
                <w:sz w:val="30"/>
                <w:szCs w:val="30"/>
              </w:rPr>
              <w:t>ඉන්ධන</w:t>
            </w:r>
            <w:proofErr w:type="spellEnd"/>
            <w:r w:rsidRPr="00FE48ED">
              <w:rPr>
                <w:bCs/>
                <w:sz w:val="30"/>
                <w:szCs w:val="30"/>
              </w:rPr>
              <w:t xml:space="preserve"> </w:t>
            </w:r>
            <w:proofErr w:type="spellStart"/>
            <w:r w:rsidRPr="00FE48ED">
              <w:rPr>
                <w:bCs/>
                <w:sz w:val="30"/>
                <w:szCs w:val="30"/>
              </w:rPr>
              <w:t>වර්ගය</w:t>
            </w:r>
            <w:proofErr w:type="spellEnd"/>
          </w:p>
        </w:tc>
      </w:tr>
      <w:tr w:rsidR="00C55F10" w:rsidRPr="00C55F10" w14:paraId="7AD1FC99" w14:textId="77777777" w:rsidTr="00FE48ED">
        <w:trPr>
          <w:jc w:val="center"/>
        </w:trPr>
        <w:tc>
          <w:tcPr>
            <w:tcW w:w="1007" w:type="dxa"/>
            <w:vAlign w:val="center"/>
          </w:tcPr>
          <w:p w14:paraId="4D0E6CB0" w14:textId="5F728A98" w:rsidR="00C55F10" w:rsidRPr="00C55F10" w:rsidRDefault="00C55F1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137" w:type="dxa"/>
            <w:vAlign w:val="center"/>
          </w:tcPr>
          <w:p w14:paraId="0E5D20E7" w14:textId="41BA090F" w:rsidR="00C55F10" w:rsidRPr="00C55F10" w:rsidRDefault="00C55F10">
            <w:pPr>
              <w:rPr>
                <w:sz w:val="30"/>
                <w:szCs w:val="30"/>
              </w:rPr>
            </w:pPr>
            <w:proofErr w:type="gramStart"/>
            <w:r w:rsidRPr="00C55F10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>CPGZ</w:t>
            </w:r>
            <w:proofErr w:type="gramEnd"/>
            <w:r>
              <w:rPr>
                <w:sz w:val="30"/>
                <w:szCs w:val="30"/>
              </w:rPr>
              <w:t xml:space="preserve"> 3102</w:t>
            </w:r>
          </w:p>
        </w:tc>
        <w:tc>
          <w:tcPr>
            <w:tcW w:w="4712" w:type="dxa"/>
            <w:vAlign w:val="center"/>
          </w:tcPr>
          <w:p w14:paraId="25C3F225" w14:textId="3CA1874E" w:rsidR="00C55F10" w:rsidRPr="00C55F10" w:rsidRDefault="00C55F10">
            <w:pPr>
              <w:rPr>
                <w:sz w:val="30"/>
                <w:szCs w:val="30"/>
              </w:rPr>
            </w:pPr>
            <w:r w:rsidRPr="00C55F10">
              <w:rPr>
                <w:rFonts w:cs="Iskoola Pota"/>
                <w:sz w:val="30"/>
                <w:szCs w:val="30"/>
                <w:cs/>
                <w:lang w:bidi="si-LK"/>
              </w:rPr>
              <w:t>මැස්ඩා ටයිටන් ලොරි රථය</w:t>
            </w:r>
            <w:r w:rsidR="00672DC3">
              <w:rPr>
                <w:rFonts w:cs="Iskoola Pota"/>
                <w:sz w:val="30"/>
                <w:szCs w:val="30"/>
                <w:lang w:bidi="si-LK"/>
              </w:rPr>
              <w:t>-</w:t>
            </w:r>
            <w:r w:rsidR="00672DC3" w:rsidRPr="00672DC3">
              <w:rPr>
                <w:rFonts w:cs="Iskoola Pota"/>
                <w:sz w:val="30"/>
                <w:szCs w:val="30"/>
                <w:cs/>
                <w:lang w:bidi="si-LK"/>
              </w:rPr>
              <w:t xml:space="preserve">අඩි </w:t>
            </w:r>
            <w:r w:rsidR="00672DC3" w:rsidRPr="00672DC3">
              <w:rPr>
                <w:rFonts w:cs="Iskoola Pota"/>
                <w:sz w:val="30"/>
                <w:szCs w:val="30"/>
              </w:rPr>
              <w:t xml:space="preserve">14.5 </w:t>
            </w:r>
            <w:r w:rsidR="00672DC3" w:rsidRPr="00672DC3">
              <w:rPr>
                <w:rFonts w:cs="Iskoola Pota"/>
                <w:sz w:val="30"/>
                <w:szCs w:val="30"/>
                <w:cs/>
                <w:lang w:bidi="si-LK"/>
              </w:rPr>
              <w:t>දිග</w:t>
            </w:r>
            <w:r>
              <w:rPr>
                <w:rFonts w:cs="Iskoola Pota"/>
                <w:sz w:val="30"/>
                <w:szCs w:val="30"/>
                <w:lang w:bidi="si-LK"/>
              </w:rPr>
              <w:t xml:space="preserve"> (Mazda Titan Lorry)</w:t>
            </w:r>
          </w:p>
        </w:tc>
        <w:tc>
          <w:tcPr>
            <w:tcW w:w="1322" w:type="dxa"/>
            <w:vAlign w:val="center"/>
          </w:tcPr>
          <w:p w14:paraId="692D4011" w14:textId="5E0ADDF2" w:rsidR="00C55F10" w:rsidRPr="00C55F10" w:rsidRDefault="00C55F1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2003</w:t>
            </w:r>
          </w:p>
        </w:tc>
        <w:tc>
          <w:tcPr>
            <w:tcW w:w="1370" w:type="dxa"/>
            <w:vAlign w:val="center"/>
          </w:tcPr>
          <w:p w14:paraId="07FFC916" w14:textId="1E47AE69" w:rsidR="00C55F10" w:rsidRPr="00C55F10" w:rsidRDefault="00C55F10">
            <w:pPr>
              <w:rPr>
                <w:sz w:val="30"/>
                <w:szCs w:val="30"/>
              </w:rPr>
            </w:pPr>
            <w:r w:rsidRPr="00C55F10">
              <w:rPr>
                <w:sz w:val="30"/>
                <w:szCs w:val="30"/>
                <w:cs/>
                <w:lang w:bidi="si-LK"/>
              </w:rPr>
              <w:t>ඩීසල්</w:t>
            </w:r>
          </w:p>
        </w:tc>
      </w:tr>
      <w:tr w:rsidR="00672DC3" w:rsidRPr="00C55F10" w14:paraId="02DFB74E" w14:textId="77777777" w:rsidTr="00FE48ED">
        <w:trPr>
          <w:jc w:val="center"/>
        </w:trPr>
        <w:tc>
          <w:tcPr>
            <w:tcW w:w="1007" w:type="dxa"/>
            <w:vAlign w:val="center"/>
          </w:tcPr>
          <w:p w14:paraId="0633F65B" w14:textId="30322060" w:rsidR="00672DC3" w:rsidRPr="00C55F10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02</w:t>
            </w:r>
          </w:p>
        </w:tc>
        <w:tc>
          <w:tcPr>
            <w:tcW w:w="2137" w:type="dxa"/>
            <w:vAlign w:val="center"/>
          </w:tcPr>
          <w:p w14:paraId="48F2F0A7" w14:textId="145F569F" w:rsidR="00672DC3" w:rsidRPr="00C55F10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CP DAE 0671</w:t>
            </w:r>
          </w:p>
        </w:tc>
        <w:tc>
          <w:tcPr>
            <w:tcW w:w="4712" w:type="dxa"/>
            <w:vAlign w:val="center"/>
          </w:tcPr>
          <w:p w14:paraId="2B071FB8" w14:textId="273BB743" w:rsidR="00672DC3" w:rsidRPr="00C55F10" w:rsidRDefault="00672DC3" w:rsidP="00672DC3">
            <w:pPr>
              <w:rPr>
                <w:sz w:val="30"/>
                <w:szCs w:val="30"/>
              </w:rPr>
            </w:pPr>
            <w:r w:rsidRPr="00C55F10">
              <w:rPr>
                <w:rFonts w:cs="Iskoola Pota"/>
                <w:sz w:val="30"/>
                <w:szCs w:val="30"/>
                <w:cs/>
                <w:lang w:bidi="si-LK"/>
              </w:rPr>
              <w:t>ටාටා මිනි ලොරි රථය</w:t>
            </w:r>
            <w:r>
              <w:rPr>
                <w:rFonts w:cs="Iskoola Pota"/>
                <w:sz w:val="30"/>
                <w:szCs w:val="30"/>
                <w:lang w:bidi="si-LK"/>
              </w:rPr>
              <w:t xml:space="preserve"> </w:t>
            </w:r>
            <w:r w:rsidR="002C0B57">
              <w:rPr>
                <w:rFonts w:cs="Iskoola Pota"/>
                <w:sz w:val="30"/>
                <w:szCs w:val="30"/>
                <w:lang w:bidi="si-LK"/>
              </w:rPr>
              <w:t>-</w:t>
            </w:r>
            <w:r w:rsidR="002C0B57" w:rsidRPr="002C0B57">
              <w:rPr>
                <w:rFonts w:cs="Iskoola Pota"/>
                <w:sz w:val="30"/>
                <w:szCs w:val="30"/>
                <w:cs/>
                <w:lang w:bidi="si-LK"/>
              </w:rPr>
              <w:t xml:space="preserve">පිටුපස ආවරණය සහිත </w:t>
            </w:r>
            <w:r>
              <w:rPr>
                <w:rFonts w:cs="Iskoola Pota"/>
                <w:sz w:val="30"/>
                <w:szCs w:val="30"/>
                <w:lang w:bidi="si-LK"/>
              </w:rPr>
              <w:t>(Tata ACE HT 2 Mini Lorry)</w:t>
            </w:r>
          </w:p>
        </w:tc>
        <w:tc>
          <w:tcPr>
            <w:tcW w:w="1322" w:type="dxa"/>
            <w:vAlign w:val="center"/>
          </w:tcPr>
          <w:p w14:paraId="4B58A2A5" w14:textId="1DCE5543" w:rsidR="00672DC3" w:rsidRPr="00C55F10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2016</w:t>
            </w:r>
          </w:p>
        </w:tc>
        <w:tc>
          <w:tcPr>
            <w:tcW w:w="1370" w:type="dxa"/>
            <w:vAlign w:val="center"/>
          </w:tcPr>
          <w:p w14:paraId="226474C0" w14:textId="6D952DA8" w:rsidR="00672DC3" w:rsidRPr="00C55F10" w:rsidRDefault="00672DC3" w:rsidP="00672DC3">
            <w:pPr>
              <w:rPr>
                <w:sz w:val="30"/>
                <w:szCs w:val="30"/>
              </w:rPr>
            </w:pPr>
            <w:r w:rsidRPr="00C55F10">
              <w:rPr>
                <w:sz w:val="30"/>
                <w:szCs w:val="30"/>
                <w:cs/>
                <w:lang w:bidi="si-LK"/>
              </w:rPr>
              <w:t>ඩීසල්</w:t>
            </w:r>
          </w:p>
        </w:tc>
      </w:tr>
      <w:tr w:rsidR="00672DC3" w:rsidRPr="00C55F10" w14:paraId="4A52EF02" w14:textId="77777777" w:rsidTr="00FE48ED">
        <w:trPr>
          <w:jc w:val="center"/>
        </w:trPr>
        <w:tc>
          <w:tcPr>
            <w:tcW w:w="1007" w:type="dxa"/>
            <w:vAlign w:val="center"/>
          </w:tcPr>
          <w:p w14:paraId="21036767" w14:textId="4B419E10" w:rsidR="00672DC3" w:rsidRPr="00C55F10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137" w:type="dxa"/>
            <w:vAlign w:val="center"/>
          </w:tcPr>
          <w:p w14:paraId="7EB70B92" w14:textId="08DF7D3C" w:rsidR="00672DC3" w:rsidRPr="00C55F10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CP BAM 2013</w:t>
            </w:r>
          </w:p>
        </w:tc>
        <w:tc>
          <w:tcPr>
            <w:tcW w:w="4712" w:type="dxa"/>
            <w:vAlign w:val="center"/>
          </w:tcPr>
          <w:p w14:paraId="4F43E6E9" w14:textId="7022E535" w:rsidR="00672DC3" w:rsidRPr="00C55F10" w:rsidRDefault="00672DC3" w:rsidP="00672DC3">
            <w:pPr>
              <w:rPr>
                <w:sz w:val="30"/>
                <w:szCs w:val="30"/>
              </w:rPr>
            </w:pPr>
            <w:r w:rsidRPr="00C55F10">
              <w:rPr>
                <w:rFonts w:cs="Iskoola Pota"/>
                <w:sz w:val="30"/>
                <w:szCs w:val="30"/>
                <w:cs/>
                <w:lang w:bidi="si-LK"/>
              </w:rPr>
              <w:t>බජාජ් බොක්සර් යතුරුපැදිය</w:t>
            </w:r>
            <w:r>
              <w:rPr>
                <w:rFonts w:cs="Iskoola Pota"/>
                <w:sz w:val="30"/>
                <w:szCs w:val="30"/>
                <w:lang w:bidi="si-LK"/>
              </w:rPr>
              <w:t xml:space="preserve"> (Bajaj Boxer bm 100)</w:t>
            </w:r>
          </w:p>
        </w:tc>
        <w:tc>
          <w:tcPr>
            <w:tcW w:w="1322" w:type="dxa"/>
            <w:vAlign w:val="center"/>
          </w:tcPr>
          <w:p w14:paraId="7AFE50AF" w14:textId="0A3A3CFD" w:rsidR="00672DC3" w:rsidRPr="00C55F10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2013</w:t>
            </w:r>
          </w:p>
        </w:tc>
        <w:tc>
          <w:tcPr>
            <w:tcW w:w="1370" w:type="dxa"/>
            <w:vAlign w:val="center"/>
          </w:tcPr>
          <w:p w14:paraId="096A33D4" w14:textId="7D4222B7" w:rsidR="00672DC3" w:rsidRPr="00C55F10" w:rsidRDefault="00672DC3" w:rsidP="00672DC3">
            <w:pPr>
              <w:rPr>
                <w:sz w:val="30"/>
                <w:szCs w:val="30"/>
              </w:rPr>
            </w:pPr>
            <w:r w:rsidRPr="00C55F10">
              <w:rPr>
                <w:sz w:val="30"/>
                <w:szCs w:val="30"/>
                <w:cs/>
                <w:lang w:bidi="si-LK"/>
              </w:rPr>
              <w:t>පෙට්‍රල්</w:t>
            </w:r>
          </w:p>
        </w:tc>
      </w:tr>
      <w:tr w:rsidR="00672DC3" w:rsidRPr="00C55F10" w14:paraId="0C9A9B82" w14:textId="77777777" w:rsidTr="00FE48ED">
        <w:trPr>
          <w:jc w:val="center"/>
        </w:trPr>
        <w:tc>
          <w:tcPr>
            <w:tcW w:w="1007" w:type="dxa"/>
            <w:vAlign w:val="center"/>
          </w:tcPr>
          <w:p w14:paraId="62A68766" w14:textId="69460DAB" w:rsidR="00672DC3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137" w:type="dxa"/>
            <w:vAlign w:val="center"/>
          </w:tcPr>
          <w:p w14:paraId="29A54BDE" w14:textId="476A5628" w:rsidR="00672DC3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CP BAM 2007</w:t>
            </w:r>
          </w:p>
        </w:tc>
        <w:tc>
          <w:tcPr>
            <w:tcW w:w="4712" w:type="dxa"/>
            <w:vAlign w:val="center"/>
          </w:tcPr>
          <w:p w14:paraId="455C5F23" w14:textId="348B7188" w:rsidR="00672DC3" w:rsidRPr="00C55F10" w:rsidRDefault="00672DC3" w:rsidP="00672DC3">
            <w:pPr>
              <w:rPr>
                <w:rFonts w:cs="Iskoola Pota"/>
                <w:sz w:val="30"/>
                <w:szCs w:val="30"/>
                <w:cs/>
                <w:lang w:bidi="si-LK"/>
              </w:rPr>
            </w:pPr>
            <w:r w:rsidRPr="00C55F10">
              <w:rPr>
                <w:rFonts w:cs="Iskoola Pota"/>
                <w:sz w:val="30"/>
                <w:szCs w:val="30"/>
                <w:cs/>
                <w:lang w:bidi="si-LK"/>
              </w:rPr>
              <w:t>බජාජ් බොක්සර් යතුරුපැදිය</w:t>
            </w:r>
            <w:r>
              <w:rPr>
                <w:rFonts w:cs="Iskoola Pota"/>
                <w:sz w:val="30"/>
                <w:szCs w:val="30"/>
                <w:lang w:bidi="si-LK"/>
              </w:rPr>
              <w:t xml:space="preserve"> (Bajaj Boxer bm 100)</w:t>
            </w:r>
          </w:p>
        </w:tc>
        <w:tc>
          <w:tcPr>
            <w:tcW w:w="1322" w:type="dxa"/>
            <w:vAlign w:val="center"/>
          </w:tcPr>
          <w:p w14:paraId="03BA933E" w14:textId="648F35F6" w:rsidR="00672DC3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2013</w:t>
            </w:r>
          </w:p>
        </w:tc>
        <w:tc>
          <w:tcPr>
            <w:tcW w:w="1370" w:type="dxa"/>
            <w:vAlign w:val="center"/>
          </w:tcPr>
          <w:p w14:paraId="27AF569D" w14:textId="65160A1D" w:rsidR="00672DC3" w:rsidRPr="00C55F10" w:rsidRDefault="00672DC3" w:rsidP="00672DC3">
            <w:pPr>
              <w:rPr>
                <w:sz w:val="30"/>
                <w:szCs w:val="30"/>
                <w:cs/>
                <w:lang w:bidi="si-LK"/>
              </w:rPr>
            </w:pPr>
            <w:r w:rsidRPr="00C55F10">
              <w:rPr>
                <w:sz w:val="30"/>
                <w:szCs w:val="30"/>
                <w:cs/>
                <w:lang w:bidi="si-LK"/>
              </w:rPr>
              <w:t>පෙට්‍රල්</w:t>
            </w:r>
          </w:p>
        </w:tc>
      </w:tr>
      <w:tr w:rsidR="00672DC3" w:rsidRPr="00C55F10" w14:paraId="1DAB72CB" w14:textId="77777777" w:rsidTr="00FE48ED">
        <w:trPr>
          <w:jc w:val="center"/>
        </w:trPr>
        <w:tc>
          <w:tcPr>
            <w:tcW w:w="1007" w:type="dxa"/>
            <w:vAlign w:val="center"/>
          </w:tcPr>
          <w:p w14:paraId="76EEEA15" w14:textId="018670E4" w:rsidR="00672DC3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05</w:t>
            </w:r>
          </w:p>
        </w:tc>
        <w:tc>
          <w:tcPr>
            <w:tcW w:w="2137" w:type="dxa"/>
            <w:vAlign w:val="center"/>
          </w:tcPr>
          <w:p w14:paraId="46970CC8" w14:textId="5B07F37A" w:rsidR="00672DC3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CP BFN 0557</w:t>
            </w:r>
          </w:p>
        </w:tc>
        <w:tc>
          <w:tcPr>
            <w:tcW w:w="4712" w:type="dxa"/>
            <w:vAlign w:val="center"/>
          </w:tcPr>
          <w:p w14:paraId="2BD236E4" w14:textId="3A176676" w:rsidR="00672DC3" w:rsidRPr="00C55F10" w:rsidRDefault="00672DC3" w:rsidP="00672DC3">
            <w:pPr>
              <w:rPr>
                <w:rFonts w:cs="Iskoola Pota"/>
                <w:sz w:val="30"/>
                <w:szCs w:val="30"/>
                <w:cs/>
                <w:lang w:bidi="si-LK"/>
              </w:rPr>
            </w:pPr>
            <w:r>
              <w:rPr>
                <w:rFonts w:cs="Iskoola Pota"/>
                <w:sz w:val="30"/>
                <w:szCs w:val="30"/>
                <w:lang w:bidi="si-LK"/>
              </w:rPr>
              <w:t>TVS</w:t>
            </w:r>
            <w:r w:rsidRPr="00A84F71">
              <w:rPr>
                <w:rFonts w:cs="Iskoola Pota"/>
                <w:sz w:val="30"/>
                <w:szCs w:val="30"/>
                <w:cs/>
                <w:lang w:bidi="si-LK"/>
              </w:rPr>
              <w:t xml:space="preserve"> ස්කූටි යතුරුපැදිය</w:t>
            </w:r>
            <w:r>
              <w:rPr>
                <w:rFonts w:cs="Iskoola Pota"/>
                <w:sz w:val="30"/>
                <w:szCs w:val="30"/>
                <w:lang w:bidi="si-LK"/>
              </w:rPr>
              <w:t xml:space="preserve"> (</w:t>
            </w:r>
            <w:proofErr w:type="spellStart"/>
            <w:r>
              <w:rPr>
                <w:rFonts w:cs="Iskoola Pota"/>
                <w:sz w:val="30"/>
                <w:szCs w:val="30"/>
                <w:lang w:bidi="si-LK"/>
              </w:rPr>
              <w:t>Scooty</w:t>
            </w:r>
            <w:proofErr w:type="spellEnd"/>
            <w:r>
              <w:rPr>
                <w:rFonts w:cs="Iskoola Pota"/>
                <w:sz w:val="30"/>
                <w:szCs w:val="30"/>
                <w:lang w:bidi="si-LK"/>
              </w:rPr>
              <w:t xml:space="preserve"> Set 110)</w:t>
            </w:r>
          </w:p>
        </w:tc>
        <w:tc>
          <w:tcPr>
            <w:tcW w:w="1322" w:type="dxa"/>
            <w:vAlign w:val="center"/>
          </w:tcPr>
          <w:p w14:paraId="3A908153" w14:textId="780E6717" w:rsidR="00672DC3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2017</w:t>
            </w:r>
          </w:p>
        </w:tc>
        <w:tc>
          <w:tcPr>
            <w:tcW w:w="1370" w:type="dxa"/>
            <w:vAlign w:val="center"/>
          </w:tcPr>
          <w:p w14:paraId="54BE2558" w14:textId="06640940" w:rsidR="00672DC3" w:rsidRPr="00C55F10" w:rsidRDefault="00672DC3" w:rsidP="00672DC3">
            <w:pPr>
              <w:rPr>
                <w:sz w:val="30"/>
                <w:szCs w:val="30"/>
                <w:cs/>
                <w:lang w:bidi="si-LK"/>
              </w:rPr>
            </w:pPr>
            <w:r w:rsidRPr="00C55F10">
              <w:rPr>
                <w:sz w:val="30"/>
                <w:szCs w:val="30"/>
                <w:cs/>
                <w:lang w:bidi="si-LK"/>
              </w:rPr>
              <w:t>පෙට්‍රල්</w:t>
            </w:r>
          </w:p>
        </w:tc>
      </w:tr>
      <w:tr w:rsidR="00672DC3" w:rsidRPr="00C55F10" w14:paraId="799A9C9F" w14:textId="77777777" w:rsidTr="00FE48ED">
        <w:trPr>
          <w:jc w:val="center"/>
        </w:trPr>
        <w:tc>
          <w:tcPr>
            <w:tcW w:w="1007" w:type="dxa"/>
            <w:vAlign w:val="center"/>
          </w:tcPr>
          <w:p w14:paraId="78F5770F" w14:textId="74314DEB" w:rsidR="00672DC3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2137" w:type="dxa"/>
            <w:vAlign w:val="center"/>
          </w:tcPr>
          <w:p w14:paraId="7BE58510" w14:textId="10873B2D" w:rsidR="00672DC3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CP BHF 4181</w:t>
            </w:r>
          </w:p>
        </w:tc>
        <w:tc>
          <w:tcPr>
            <w:tcW w:w="4712" w:type="dxa"/>
            <w:vAlign w:val="center"/>
          </w:tcPr>
          <w:p w14:paraId="2F2EB884" w14:textId="1D83B22D" w:rsidR="00672DC3" w:rsidRDefault="00672DC3" w:rsidP="00672DC3">
            <w:pPr>
              <w:rPr>
                <w:rFonts w:cs="Iskoola Pota"/>
                <w:sz w:val="30"/>
                <w:szCs w:val="30"/>
                <w:lang w:bidi="si-LK"/>
              </w:rPr>
            </w:pPr>
            <w:r w:rsidRPr="00DB7549">
              <w:rPr>
                <w:rFonts w:cs="Iskoola Pota"/>
                <w:sz w:val="30"/>
                <w:szCs w:val="30"/>
                <w:cs/>
                <w:lang w:bidi="si-LK"/>
              </w:rPr>
              <w:t>බජාජ් පල්සර් 150 යතුරුපැදිය</w:t>
            </w:r>
            <w:r>
              <w:rPr>
                <w:rFonts w:cs="Iskoola Pota"/>
                <w:sz w:val="30"/>
                <w:szCs w:val="30"/>
                <w:lang w:bidi="si-LK"/>
              </w:rPr>
              <w:t xml:space="preserve"> (Bajaj Pulsar 150)</w:t>
            </w:r>
          </w:p>
        </w:tc>
        <w:tc>
          <w:tcPr>
            <w:tcW w:w="1322" w:type="dxa"/>
            <w:vAlign w:val="center"/>
          </w:tcPr>
          <w:p w14:paraId="2E69639D" w14:textId="5A5B3F25" w:rsidR="00672DC3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2018</w:t>
            </w:r>
          </w:p>
        </w:tc>
        <w:tc>
          <w:tcPr>
            <w:tcW w:w="1370" w:type="dxa"/>
            <w:vAlign w:val="center"/>
          </w:tcPr>
          <w:p w14:paraId="1C1F58B3" w14:textId="67A27CDA" w:rsidR="00672DC3" w:rsidRPr="00C55F10" w:rsidRDefault="00672DC3" w:rsidP="00672DC3">
            <w:pPr>
              <w:rPr>
                <w:sz w:val="30"/>
                <w:szCs w:val="30"/>
                <w:cs/>
                <w:lang w:bidi="si-LK"/>
              </w:rPr>
            </w:pPr>
            <w:r w:rsidRPr="00C55F10">
              <w:rPr>
                <w:sz w:val="30"/>
                <w:szCs w:val="30"/>
                <w:cs/>
                <w:lang w:bidi="si-LK"/>
              </w:rPr>
              <w:t>පෙට්‍රල්</w:t>
            </w:r>
          </w:p>
        </w:tc>
      </w:tr>
      <w:tr w:rsidR="00672DC3" w:rsidRPr="00C55F10" w14:paraId="66D8F390" w14:textId="77777777" w:rsidTr="00FE48ED">
        <w:trPr>
          <w:jc w:val="center"/>
        </w:trPr>
        <w:tc>
          <w:tcPr>
            <w:tcW w:w="1007" w:type="dxa"/>
            <w:vAlign w:val="center"/>
          </w:tcPr>
          <w:p w14:paraId="32641EAA" w14:textId="36D99F33" w:rsidR="00672DC3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07</w:t>
            </w:r>
          </w:p>
        </w:tc>
        <w:tc>
          <w:tcPr>
            <w:tcW w:w="2137" w:type="dxa"/>
            <w:vAlign w:val="center"/>
          </w:tcPr>
          <w:p w14:paraId="45F933E7" w14:textId="3389C0B2" w:rsidR="00672DC3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CP VX 5287</w:t>
            </w:r>
          </w:p>
        </w:tc>
        <w:tc>
          <w:tcPr>
            <w:tcW w:w="4712" w:type="dxa"/>
            <w:vAlign w:val="center"/>
          </w:tcPr>
          <w:p w14:paraId="0448FE16" w14:textId="4F168F54" w:rsidR="00672DC3" w:rsidRPr="00DB7549" w:rsidRDefault="00672DC3" w:rsidP="00672DC3">
            <w:pPr>
              <w:rPr>
                <w:rFonts w:cs="Iskoola Pota"/>
                <w:sz w:val="30"/>
                <w:szCs w:val="30"/>
                <w:cs/>
                <w:lang w:bidi="si-LK"/>
              </w:rPr>
            </w:pPr>
            <w:r w:rsidRPr="00DB7549">
              <w:rPr>
                <w:rFonts w:cs="Iskoola Pota"/>
                <w:sz w:val="30"/>
                <w:szCs w:val="30"/>
                <w:cs/>
                <w:lang w:bidi="si-LK"/>
              </w:rPr>
              <w:t>බජාජ් ප්ලැටිනා 125 යතුරුපැදිය</w:t>
            </w:r>
            <w:r>
              <w:rPr>
                <w:rFonts w:cs="Iskoola Pota"/>
                <w:sz w:val="30"/>
                <w:szCs w:val="30"/>
                <w:lang w:bidi="si-LK"/>
              </w:rPr>
              <w:t xml:space="preserve"> (Bajaj Platina 125)</w:t>
            </w:r>
          </w:p>
        </w:tc>
        <w:tc>
          <w:tcPr>
            <w:tcW w:w="1322" w:type="dxa"/>
            <w:vAlign w:val="center"/>
          </w:tcPr>
          <w:p w14:paraId="7F484B4F" w14:textId="13FD6F1D" w:rsidR="00672DC3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2010</w:t>
            </w:r>
          </w:p>
        </w:tc>
        <w:tc>
          <w:tcPr>
            <w:tcW w:w="1370" w:type="dxa"/>
            <w:vAlign w:val="center"/>
          </w:tcPr>
          <w:p w14:paraId="137E142E" w14:textId="771776F7" w:rsidR="00672DC3" w:rsidRPr="00C55F10" w:rsidRDefault="00672DC3" w:rsidP="00672DC3">
            <w:pPr>
              <w:rPr>
                <w:sz w:val="30"/>
                <w:szCs w:val="30"/>
                <w:cs/>
                <w:lang w:bidi="si-LK"/>
              </w:rPr>
            </w:pPr>
            <w:r w:rsidRPr="00C55F10">
              <w:rPr>
                <w:sz w:val="30"/>
                <w:szCs w:val="30"/>
                <w:cs/>
                <w:lang w:bidi="si-LK"/>
              </w:rPr>
              <w:t>පෙට්‍රල්</w:t>
            </w:r>
          </w:p>
        </w:tc>
      </w:tr>
      <w:tr w:rsidR="00672DC3" w:rsidRPr="00C55F10" w14:paraId="1CF2EA75" w14:textId="77777777" w:rsidTr="00FE48ED">
        <w:trPr>
          <w:jc w:val="center"/>
        </w:trPr>
        <w:tc>
          <w:tcPr>
            <w:tcW w:w="1007" w:type="dxa"/>
            <w:vAlign w:val="center"/>
          </w:tcPr>
          <w:p w14:paraId="70E85FE2" w14:textId="59FA13E1" w:rsidR="00672DC3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08</w:t>
            </w:r>
          </w:p>
        </w:tc>
        <w:tc>
          <w:tcPr>
            <w:tcW w:w="2137" w:type="dxa"/>
            <w:vAlign w:val="center"/>
          </w:tcPr>
          <w:p w14:paraId="1DB35B63" w14:textId="77DC66F7" w:rsidR="00672DC3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CP VF 5688</w:t>
            </w:r>
          </w:p>
        </w:tc>
        <w:tc>
          <w:tcPr>
            <w:tcW w:w="4712" w:type="dxa"/>
            <w:vAlign w:val="center"/>
          </w:tcPr>
          <w:p w14:paraId="04C5B4C4" w14:textId="28335D72" w:rsidR="00672DC3" w:rsidRPr="00DB7549" w:rsidRDefault="00672DC3" w:rsidP="00672DC3">
            <w:pPr>
              <w:rPr>
                <w:rFonts w:cs="Iskoola Pota"/>
                <w:sz w:val="30"/>
                <w:szCs w:val="30"/>
                <w:cs/>
                <w:lang w:bidi="si-LK"/>
              </w:rPr>
            </w:pPr>
            <w:r w:rsidRPr="00DB7549">
              <w:rPr>
                <w:rFonts w:cs="Iskoola Pota"/>
                <w:sz w:val="30"/>
                <w:szCs w:val="30"/>
                <w:cs/>
                <w:lang w:bidi="si-LK"/>
              </w:rPr>
              <w:t>බජාජ් ප්ලැටිනා 125 යතුරුපැදිය</w:t>
            </w:r>
            <w:r>
              <w:rPr>
                <w:rFonts w:cs="Iskoola Pota"/>
                <w:sz w:val="30"/>
                <w:szCs w:val="30"/>
                <w:lang w:bidi="si-LK"/>
              </w:rPr>
              <w:t xml:space="preserve"> (Bajaj Platina 125)</w:t>
            </w:r>
          </w:p>
        </w:tc>
        <w:tc>
          <w:tcPr>
            <w:tcW w:w="1322" w:type="dxa"/>
            <w:vAlign w:val="center"/>
          </w:tcPr>
          <w:p w14:paraId="2FB487D7" w14:textId="75CF7CD5" w:rsidR="00672DC3" w:rsidRDefault="00672DC3" w:rsidP="00672DC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2009</w:t>
            </w:r>
          </w:p>
        </w:tc>
        <w:tc>
          <w:tcPr>
            <w:tcW w:w="1370" w:type="dxa"/>
            <w:vAlign w:val="center"/>
          </w:tcPr>
          <w:p w14:paraId="3BCC0545" w14:textId="42B8A674" w:rsidR="00672DC3" w:rsidRPr="00C55F10" w:rsidRDefault="00672DC3" w:rsidP="00672DC3">
            <w:pPr>
              <w:rPr>
                <w:sz w:val="30"/>
                <w:szCs w:val="30"/>
                <w:cs/>
                <w:lang w:bidi="si-LK"/>
              </w:rPr>
            </w:pPr>
            <w:r w:rsidRPr="00C55F10">
              <w:rPr>
                <w:sz w:val="30"/>
                <w:szCs w:val="30"/>
                <w:cs/>
                <w:lang w:bidi="si-LK"/>
              </w:rPr>
              <w:t>පෙට්‍රල්</w:t>
            </w:r>
          </w:p>
        </w:tc>
      </w:tr>
    </w:tbl>
    <w:p w14:paraId="481E2CDC" w14:textId="77777777" w:rsidR="00C55F10" w:rsidRDefault="00C55F10">
      <w:pPr>
        <w:rPr>
          <w:b/>
          <w:sz w:val="30"/>
          <w:szCs w:val="30"/>
        </w:rPr>
      </w:pPr>
    </w:p>
    <w:p w14:paraId="5677FCFF" w14:textId="77777777" w:rsidR="00FE48ED" w:rsidRDefault="00FE48ED">
      <w:pPr>
        <w:rPr>
          <w:b/>
          <w:sz w:val="30"/>
          <w:szCs w:val="30"/>
        </w:rPr>
      </w:pPr>
    </w:p>
    <w:p w14:paraId="11CABDC6" w14:textId="77777777" w:rsidR="00FE48ED" w:rsidRDefault="00FE48ED">
      <w:pPr>
        <w:rPr>
          <w:b/>
          <w:sz w:val="30"/>
          <w:szCs w:val="30"/>
        </w:rPr>
      </w:pPr>
    </w:p>
    <w:p w14:paraId="64D46ED8" w14:textId="5431B3C7" w:rsidR="0040338B" w:rsidRPr="00C55F10" w:rsidRDefault="00000000">
      <w:pPr>
        <w:rPr>
          <w:sz w:val="30"/>
          <w:szCs w:val="30"/>
        </w:rPr>
      </w:pPr>
      <w:proofErr w:type="spellStart"/>
      <w:r w:rsidRPr="00C55F10">
        <w:rPr>
          <w:b/>
          <w:sz w:val="30"/>
          <w:szCs w:val="30"/>
        </w:rPr>
        <w:t>ටෙන්ඩර්</w:t>
      </w:r>
      <w:proofErr w:type="spellEnd"/>
      <w:r w:rsidRPr="00C55F10">
        <w:rPr>
          <w:b/>
          <w:sz w:val="30"/>
          <w:szCs w:val="30"/>
        </w:rPr>
        <w:t xml:space="preserve"> </w:t>
      </w:r>
      <w:proofErr w:type="spellStart"/>
      <w:r w:rsidRPr="00C55F10">
        <w:rPr>
          <w:b/>
          <w:sz w:val="30"/>
          <w:szCs w:val="30"/>
        </w:rPr>
        <w:t>කොන්දේසි</w:t>
      </w:r>
      <w:proofErr w:type="spellEnd"/>
    </w:p>
    <w:p w14:paraId="44AD38A6" w14:textId="2E3868DC" w:rsidR="0040338B" w:rsidRPr="00C55F10" w:rsidRDefault="00000000">
      <w:pPr>
        <w:ind w:left="227" w:hanging="227"/>
        <w:rPr>
          <w:sz w:val="30"/>
          <w:szCs w:val="30"/>
        </w:rPr>
      </w:pPr>
      <w:r w:rsidRPr="00C55F10">
        <w:rPr>
          <w:b/>
          <w:sz w:val="30"/>
          <w:szCs w:val="30"/>
        </w:rPr>
        <w:t xml:space="preserve">1. </w:t>
      </w:r>
      <w:proofErr w:type="spellStart"/>
      <w:r w:rsidRPr="00C55F10">
        <w:rPr>
          <w:sz w:val="30"/>
          <w:szCs w:val="30"/>
        </w:rPr>
        <w:t>උනන්දුවක්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දක්වන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අයට</w:t>
      </w:r>
      <w:proofErr w:type="spellEnd"/>
      <w:r w:rsidRPr="00C55F10">
        <w:rPr>
          <w:sz w:val="30"/>
          <w:szCs w:val="30"/>
        </w:rPr>
        <w:t xml:space="preserve"> 2026 </w:t>
      </w:r>
      <w:proofErr w:type="spellStart"/>
      <w:r w:rsidRPr="00C55F10">
        <w:rPr>
          <w:sz w:val="30"/>
          <w:szCs w:val="30"/>
        </w:rPr>
        <w:t>ඔක්තෝබර්</w:t>
      </w:r>
      <w:proofErr w:type="spellEnd"/>
      <w:r w:rsidRPr="00C55F10">
        <w:rPr>
          <w:sz w:val="30"/>
          <w:szCs w:val="30"/>
        </w:rPr>
        <w:t xml:space="preserve"> 2</w:t>
      </w:r>
      <w:r w:rsidR="00141DBE">
        <w:rPr>
          <w:sz w:val="30"/>
          <w:szCs w:val="30"/>
        </w:rPr>
        <w:t>6</w:t>
      </w:r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දින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සිට</w:t>
      </w:r>
      <w:proofErr w:type="spellEnd"/>
      <w:r w:rsidRPr="00C55F10">
        <w:rPr>
          <w:sz w:val="30"/>
          <w:szCs w:val="30"/>
        </w:rPr>
        <w:t xml:space="preserve"> 2026 </w:t>
      </w:r>
      <w:proofErr w:type="spellStart"/>
      <w:r w:rsidRPr="00C55F10">
        <w:rPr>
          <w:sz w:val="30"/>
          <w:szCs w:val="30"/>
        </w:rPr>
        <w:t>නොවැම්බර්</w:t>
      </w:r>
      <w:proofErr w:type="spellEnd"/>
      <w:r w:rsidRPr="00C55F10">
        <w:rPr>
          <w:sz w:val="30"/>
          <w:szCs w:val="30"/>
        </w:rPr>
        <w:t xml:space="preserve"> </w:t>
      </w:r>
      <w:r w:rsidR="00FE48ED">
        <w:rPr>
          <w:sz w:val="30"/>
          <w:szCs w:val="30"/>
        </w:rPr>
        <w:t>0</w:t>
      </w:r>
      <w:r w:rsidRPr="00C55F10">
        <w:rPr>
          <w:sz w:val="30"/>
          <w:szCs w:val="30"/>
        </w:rPr>
        <w:t xml:space="preserve">6 </w:t>
      </w:r>
      <w:proofErr w:type="spellStart"/>
      <w:r w:rsidRPr="00C55F10">
        <w:rPr>
          <w:sz w:val="30"/>
          <w:szCs w:val="30"/>
        </w:rPr>
        <w:t>දින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දක්වා</w:t>
      </w:r>
      <w:proofErr w:type="spellEnd"/>
      <w:r w:rsidRPr="00C55F10">
        <w:rPr>
          <w:sz w:val="30"/>
          <w:szCs w:val="30"/>
        </w:rPr>
        <w:t xml:space="preserve">, </w:t>
      </w:r>
      <w:proofErr w:type="spellStart"/>
      <w:r w:rsidRPr="00C55F10">
        <w:rPr>
          <w:sz w:val="30"/>
          <w:szCs w:val="30"/>
        </w:rPr>
        <w:t>සෙනසුරාදා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සහ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ඉරිදා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දින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හැර</w:t>
      </w:r>
      <w:proofErr w:type="spellEnd"/>
      <w:r w:rsidRPr="00C55F10">
        <w:rPr>
          <w:sz w:val="30"/>
          <w:szCs w:val="30"/>
        </w:rPr>
        <w:t xml:space="preserve">, </w:t>
      </w:r>
      <w:proofErr w:type="spellStart"/>
      <w:r w:rsidRPr="00C55F10">
        <w:rPr>
          <w:sz w:val="30"/>
          <w:szCs w:val="30"/>
        </w:rPr>
        <w:t>පෙ.ව</w:t>
      </w:r>
      <w:proofErr w:type="spellEnd"/>
      <w:r w:rsidRPr="00C55F10">
        <w:rPr>
          <w:sz w:val="30"/>
          <w:szCs w:val="30"/>
        </w:rPr>
        <w:t xml:space="preserve">. 10.00 </w:t>
      </w:r>
      <w:proofErr w:type="spellStart"/>
      <w:r w:rsidRPr="00C55F10">
        <w:rPr>
          <w:sz w:val="30"/>
          <w:szCs w:val="30"/>
        </w:rPr>
        <w:t>සිට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ප.ව</w:t>
      </w:r>
      <w:proofErr w:type="spellEnd"/>
      <w:r w:rsidRPr="00C55F10">
        <w:rPr>
          <w:sz w:val="30"/>
          <w:szCs w:val="30"/>
        </w:rPr>
        <w:t xml:space="preserve">. 4.00 </w:t>
      </w:r>
      <w:proofErr w:type="spellStart"/>
      <w:r w:rsidRPr="00C55F10">
        <w:rPr>
          <w:sz w:val="30"/>
          <w:szCs w:val="30"/>
        </w:rPr>
        <w:t>දක්වා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අදාළ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වාහන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පරීක්ෂා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කළ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හැකිය</w:t>
      </w:r>
      <w:proofErr w:type="spellEnd"/>
      <w:r w:rsidRPr="00C55F10">
        <w:rPr>
          <w:sz w:val="30"/>
          <w:szCs w:val="30"/>
        </w:rPr>
        <w:t>.</w:t>
      </w:r>
    </w:p>
    <w:p w14:paraId="44630C86" w14:textId="095F3255" w:rsidR="0040338B" w:rsidRPr="00C55F10" w:rsidRDefault="00000000">
      <w:pPr>
        <w:ind w:left="227" w:hanging="227"/>
        <w:rPr>
          <w:sz w:val="30"/>
          <w:szCs w:val="30"/>
        </w:rPr>
      </w:pPr>
      <w:r w:rsidRPr="00C55F10">
        <w:rPr>
          <w:b/>
          <w:sz w:val="30"/>
          <w:szCs w:val="30"/>
        </w:rPr>
        <w:t xml:space="preserve">2. </w:t>
      </w:r>
      <w:r w:rsidRPr="00C55F10">
        <w:rPr>
          <w:sz w:val="30"/>
          <w:szCs w:val="30"/>
        </w:rPr>
        <w:t xml:space="preserve">2026 </w:t>
      </w:r>
      <w:proofErr w:type="spellStart"/>
      <w:r w:rsidRPr="00C55F10">
        <w:rPr>
          <w:sz w:val="30"/>
          <w:szCs w:val="30"/>
        </w:rPr>
        <w:t>ඔක්තෝබර්</w:t>
      </w:r>
      <w:proofErr w:type="spellEnd"/>
      <w:r w:rsidRPr="00C55F10">
        <w:rPr>
          <w:sz w:val="30"/>
          <w:szCs w:val="30"/>
        </w:rPr>
        <w:t xml:space="preserve"> 2</w:t>
      </w:r>
      <w:r w:rsidR="00141DBE">
        <w:rPr>
          <w:sz w:val="30"/>
          <w:szCs w:val="30"/>
        </w:rPr>
        <w:t>6</w:t>
      </w:r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දින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සිට</w:t>
      </w:r>
      <w:proofErr w:type="spellEnd"/>
      <w:r w:rsidRPr="00C55F10">
        <w:rPr>
          <w:sz w:val="30"/>
          <w:szCs w:val="30"/>
        </w:rPr>
        <w:t xml:space="preserve"> 2026 </w:t>
      </w:r>
      <w:proofErr w:type="spellStart"/>
      <w:r w:rsidRPr="00C55F10">
        <w:rPr>
          <w:sz w:val="30"/>
          <w:szCs w:val="30"/>
        </w:rPr>
        <w:t>නොවැම්බර්</w:t>
      </w:r>
      <w:proofErr w:type="spellEnd"/>
      <w:r w:rsidRPr="00C55F10">
        <w:rPr>
          <w:sz w:val="30"/>
          <w:szCs w:val="30"/>
        </w:rPr>
        <w:t xml:space="preserve"> </w:t>
      </w:r>
      <w:r w:rsidR="00FE48ED">
        <w:rPr>
          <w:sz w:val="30"/>
          <w:szCs w:val="30"/>
        </w:rPr>
        <w:t>0</w:t>
      </w:r>
      <w:r w:rsidRPr="00C55F10">
        <w:rPr>
          <w:sz w:val="30"/>
          <w:szCs w:val="30"/>
        </w:rPr>
        <w:t xml:space="preserve">6 </w:t>
      </w:r>
      <w:proofErr w:type="spellStart"/>
      <w:r w:rsidRPr="00C55F10">
        <w:rPr>
          <w:sz w:val="30"/>
          <w:szCs w:val="30"/>
        </w:rPr>
        <w:t>දින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දක්වා</w:t>
      </w:r>
      <w:proofErr w:type="spellEnd"/>
      <w:r w:rsidRPr="00C55F10">
        <w:rPr>
          <w:sz w:val="30"/>
          <w:szCs w:val="30"/>
        </w:rPr>
        <w:t xml:space="preserve">, </w:t>
      </w:r>
      <w:proofErr w:type="spellStart"/>
      <w:r w:rsidRPr="00C55F10">
        <w:rPr>
          <w:sz w:val="30"/>
          <w:szCs w:val="30"/>
        </w:rPr>
        <w:t>සෙනසුරාදා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සහ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ඉරිදා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දින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හැර</w:t>
      </w:r>
      <w:proofErr w:type="spellEnd"/>
      <w:r w:rsidRPr="00C55F10">
        <w:rPr>
          <w:sz w:val="30"/>
          <w:szCs w:val="30"/>
        </w:rPr>
        <w:t xml:space="preserve">, </w:t>
      </w:r>
      <w:proofErr w:type="spellStart"/>
      <w:r w:rsidRPr="00C55F10">
        <w:rPr>
          <w:sz w:val="30"/>
          <w:szCs w:val="30"/>
        </w:rPr>
        <w:t>පෙ.ව</w:t>
      </w:r>
      <w:proofErr w:type="spellEnd"/>
      <w:r w:rsidRPr="00C55F10">
        <w:rPr>
          <w:sz w:val="30"/>
          <w:szCs w:val="30"/>
        </w:rPr>
        <w:t xml:space="preserve">. 10.00 </w:t>
      </w:r>
      <w:proofErr w:type="spellStart"/>
      <w:r w:rsidRPr="00C55F10">
        <w:rPr>
          <w:sz w:val="30"/>
          <w:szCs w:val="30"/>
        </w:rPr>
        <w:t>සිට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ප.ව</w:t>
      </w:r>
      <w:proofErr w:type="spellEnd"/>
      <w:r w:rsidRPr="00C55F10">
        <w:rPr>
          <w:sz w:val="30"/>
          <w:szCs w:val="30"/>
        </w:rPr>
        <w:t xml:space="preserve">. 4.00 </w:t>
      </w:r>
      <w:proofErr w:type="spellStart"/>
      <w:r w:rsidRPr="00C55F10">
        <w:rPr>
          <w:sz w:val="30"/>
          <w:szCs w:val="30"/>
        </w:rPr>
        <w:t>දක්වා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මුද්‍රා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තැබූ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මිල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ගණන්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ඉදිරිපත්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කළ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හැකිය</w:t>
      </w:r>
      <w:proofErr w:type="spellEnd"/>
      <w:r w:rsidRPr="00C55F10">
        <w:rPr>
          <w:sz w:val="30"/>
          <w:szCs w:val="30"/>
        </w:rPr>
        <w:t>.</w:t>
      </w:r>
    </w:p>
    <w:p w14:paraId="26E450D1" w14:textId="6B121701" w:rsidR="0040338B" w:rsidRPr="00C55F10" w:rsidRDefault="00000000">
      <w:pPr>
        <w:ind w:left="227" w:hanging="227"/>
        <w:rPr>
          <w:sz w:val="30"/>
          <w:szCs w:val="30"/>
        </w:rPr>
      </w:pPr>
      <w:r w:rsidRPr="00C55F10">
        <w:rPr>
          <w:b/>
          <w:sz w:val="30"/>
          <w:szCs w:val="30"/>
        </w:rPr>
        <w:t xml:space="preserve">3. </w:t>
      </w:r>
      <w:proofErr w:type="spellStart"/>
      <w:r w:rsidRPr="00C55F10">
        <w:rPr>
          <w:sz w:val="30"/>
          <w:szCs w:val="30"/>
        </w:rPr>
        <w:t>වාහන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අංකය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සහ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වර්ගය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සඳහන්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කර</w:t>
      </w:r>
      <w:proofErr w:type="spellEnd"/>
      <w:r w:rsidRPr="00C55F10">
        <w:rPr>
          <w:sz w:val="30"/>
          <w:szCs w:val="30"/>
        </w:rPr>
        <w:t xml:space="preserve">, </w:t>
      </w:r>
      <w:proofErr w:type="spellStart"/>
      <w:r w:rsidRPr="00C55F10">
        <w:rPr>
          <w:sz w:val="30"/>
          <w:szCs w:val="30"/>
        </w:rPr>
        <w:t>ඉදිරිපත්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කරන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මිල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ගණන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පැහැදිලිව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ලියන්න</w:t>
      </w:r>
      <w:proofErr w:type="spellEnd"/>
      <w:r w:rsidRPr="00C55F10">
        <w:rPr>
          <w:sz w:val="30"/>
          <w:szCs w:val="30"/>
        </w:rPr>
        <w:t xml:space="preserve">. </w:t>
      </w:r>
      <w:proofErr w:type="spellStart"/>
      <w:r w:rsidRPr="00C55F10">
        <w:rPr>
          <w:sz w:val="30"/>
          <w:szCs w:val="30"/>
        </w:rPr>
        <w:t>මිල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ගණන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අකුරින්ද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සඳහන්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කළ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යුතුය</w:t>
      </w:r>
      <w:proofErr w:type="spellEnd"/>
      <w:r w:rsidRPr="00C55F10">
        <w:rPr>
          <w:sz w:val="30"/>
          <w:szCs w:val="30"/>
        </w:rPr>
        <w:t xml:space="preserve">. </w:t>
      </w:r>
      <w:proofErr w:type="spellStart"/>
      <w:r w:rsidRPr="00C55F10">
        <w:rPr>
          <w:sz w:val="30"/>
          <w:szCs w:val="30"/>
        </w:rPr>
        <w:t>ඔබගේ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නම</w:t>
      </w:r>
      <w:proofErr w:type="spellEnd"/>
      <w:r w:rsidR="00FE48ED">
        <w:rPr>
          <w:sz w:val="30"/>
          <w:szCs w:val="30"/>
        </w:rPr>
        <w:t>,</w:t>
      </w:r>
      <w:r w:rsidR="00FE48ED" w:rsidRPr="00FE48ED">
        <w:rPr>
          <w:cs/>
          <w:lang w:bidi="si-LK"/>
        </w:rPr>
        <w:t xml:space="preserve"> </w:t>
      </w:r>
      <w:r w:rsidR="00FE48ED" w:rsidRPr="00FE48ED">
        <w:rPr>
          <w:rFonts w:cs="Iskoola Pota"/>
          <w:sz w:val="30"/>
          <w:szCs w:val="30"/>
          <w:cs/>
          <w:lang w:bidi="si-LK"/>
        </w:rPr>
        <w:t>ලිපිනය</w:t>
      </w:r>
      <w:r w:rsidR="00FE48ED">
        <w:rPr>
          <w:rFonts w:cs="Iskoola Pota"/>
          <w:sz w:val="30"/>
          <w:szCs w:val="30"/>
          <w:lang w:bidi="si-LK"/>
        </w:rPr>
        <w:t>,</w:t>
      </w:r>
      <w:r w:rsidRPr="00C55F10">
        <w:rPr>
          <w:sz w:val="30"/>
          <w:szCs w:val="30"/>
        </w:rPr>
        <w:t xml:space="preserve"> </w:t>
      </w:r>
      <w:r w:rsidR="00FE48ED" w:rsidRPr="00FE48ED">
        <w:rPr>
          <w:rFonts w:cs="Iskoola Pota"/>
          <w:sz w:val="30"/>
          <w:szCs w:val="30"/>
          <w:cs/>
          <w:lang w:bidi="si-LK"/>
        </w:rPr>
        <w:t>ජාතික හැඳුනුම්පත් අංකය</w:t>
      </w:r>
      <w:r w:rsidR="00FE48ED">
        <w:rPr>
          <w:rFonts w:cs="Iskoola Pota"/>
          <w:sz w:val="30"/>
          <w:szCs w:val="30"/>
          <w:lang w:bidi="si-LK"/>
        </w:rPr>
        <w:t xml:space="preserve"> </w:t>
      </w:r>
      <w:proofErr w:type="spellStart"/>
      <w:r w:rsidRPr="00C55F10">
        <w:rPr>
          <w:sz w:val="30"/>
          <w:szCs w:val="30"/>
        </w:rPr>
        <w:t>සහ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දුරකථන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අංකය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ඇතුළත්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කර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ලියුම්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කවරය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මුද්‍රා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තබා</w:t>
      </w:r>
      <w:proofErr w:type="spellEnd"/>
      <w:r w:rsidRPr="00C55F10">
        <w:rPr>
          <w:sz w:val="30"/>
          <w:szCs w:val="30"/>
        </w:rPr>
        <w:t>, “</w:t>
      </w:r>
      <w:proofErr w:type="spellStart"/>
      <w:r w:rsidRPr="00C55F10">
        <w:rPr>
          <w:sz w:val="30"/>
          <w:szCs w:val="30"/>
        </w:rPr>
        <w:t>භාවිත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කළ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වාහන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මිලදී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ගැනීම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සඳහා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ටෙන්ඩර්</w:t>
      </w:r>
      <w:proofErr w:type="spellEnd"/>
      <w:r w:rsidRPr="00C55F10">
        <w:rPr>
          <w:sz w:val="30"/>
          <w:szCs w:val="30"/>
        </w:rPr>
        <w:t xml:space="preserve">” </w:t>
      </w:r>
      <w:proofErr w:type="spellStart"/>
      <w:r w:rsidRPr="00C55F10">
        <w:rPr>
          <w:sz w:val="30"/>
          <w:szCs w:val="30"/>
        </w:rPr>
        <w:t>යනුවෙන්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සඳහන්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කර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පාම්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පදනමේ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ඉහත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ලිපිනයේ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ඇති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ටෙන්ඩර්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පෙට්ටියට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බහාලන්න</w:t>
      </w:r>
      <w:proofErr w:type="spellEnd"/>
      <w:r w:rsidRPr="00C55F10">
        <w:rPr>
          <w:sz w:val="30"/>
          <w:szCs w:val="30"/>
        </w:rPr>
        <w:t>.</w:t>
      </w:r>
    </w:p>
    <w:p w14:paraId="1FFD1721" w14:textId="77AE0A24" w:rsidR="0040338B" w:rsidRDefault="00000000">
      <w:pPr>
        <w:ind w:left="227" w:hanging="227"/>
        <w:rPr>
          <w:sz w:val="30"/>
          <w:szCs w:val="30"/>
        </w:rPr>
      </w:pPr>
      <w:r w:rsidRPr="00C55F10">
        <w:rPr>
          <w:b/>
          <w:sz w:val="30"/>
          <w:szCs w:val="30"/>
        </w:rPr>
        <w:t xml:space="preserve">4. </w:t>
      </w:r>
      <w:proofErr w:type="spellStart"/>
      <w:r w:rsidRPr="00C55F10">
        <w:rPr>
          <w:sz w:val="30"/>
          <w:szCs w:val="30"/>
        </w:rPr>
        <w:t>තැපෑලෙන්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එවනු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ලබන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ටෙන්ඩර්</w:t>
      </w:r>
      <w:proofErr w:type="spellEnd"/>
      <w:r w:rsidRPr="00C55F10">
        <w:rPr>
          <w:sz w:val="30"/>
          <w:szCs w:val="30"/>
        </w:rPr>
        <w:t xml:space="preserve">, </w:t>
      </w:r>
      <w:proofErr w:type="spellStart"/>
      <w:r w:rsidRPr="00C55F10">
        <w:rPr>
          <w:sz w:val="30"/>
          <w:szCs w:val="30"/>
        </w:rPr>
        <w:t>ලියාපදිංචි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තැපෑලෙන්</w:t>
      </w:r>
      <w:proofErr w:type="spellEnd"/>
      <w:r w:rsidRPr="00C55F10">
        <w:rPr>
          <w:sz w:val="30"/>
          <w:szCs w:val="30"/>
        </w:rPr>
        <w:t xml:space="preserve"> 2026 </w:t>
      </w:r>
      <w:proofErr w:type="spellStart"/>
      <w:r w:rsidRPr="00C55F10">
        <w:rPr>
          <w:sz w:val="30"/>
          <w:szCs w:val="30"/>
        </w:rPr>
        <w:t>නොවැම්බර්</w:t>
      </w:r>
      <w:proofErr w:type="spellEnd"/>
      <w:r w:rsidRPr="00C55F10">
        <w:rPr>
          <w:sz w:val="30"/>
          <w:szCs w:val="30"/>
        </w:rPr>
        <w:t xml:space="preserve"> </w:t>
      </w:r>
      <w:r w:rsidR="00FE48ED">
        <w:rPr>
          <w:sz w:val="30"/>
          <w:szCs w:val="30"/>
        </w:rPr>
        <w:t>0</w:t>
      </w:r>
      <w:r w:rsidRPr="00C55F10">
        <w:rPr>
          <w:sz w:val="30"/>
          <w:szCs w:val="30"/>
        </w:rPr>
        <w:t xml:space="preserve">6 </w:t>
      </w:r>
      <w:proofErr w:type="spellStart"/>
      <w:r w:rsidRPr="00C55F10">
        <w:rPr>
          <w:sz w:val="30"/>
          <w:szCs w:val="30"/>
        </w:rPr>
        <w:t>දින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ප.ව</w:t>
      </w:r>
      <w:proofErr w:type="spellEnd"/>
      <w:r w:rsidRPr="00C55F10">
        <w:rPr>
          <w:sz w:val="30"/>
          <w:szCs w:val="30"/>
        </w:rPr>
        <w:t xml:space="preserve">. 4.00ට </w:t>
      </w:r>
      <w:proofErr w:type="spellStart"/>
      <w:r w:rsidRPr="00C55F10">
        <w:rPr>
          <w:sz w:val="30"/>
          <w:szCs w:val="30"/>
        </w:rPr>
        <w:t>පෙර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ලැබිය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යුතුය</w:t>
      </w:r>
      <w:proofErr w:type="spellEnd"/>
      <w:r w:rsidRPr="00C55F10">
        <w:rPr>
          <w:sz w:val="30"/>
          <w:szCs w:val="30"/>
        </w:rPr>
        <w:t xml:space="preserve">. </w:t>
      </w:r>
      <w:proofErr w:type="spellStart"/>
      <w:r w:rsidRPr="00C55F10">
        <w:rPr>
          <w:sz w:val="30"/>
          <w:szCs w:val="30"/>
        </w:rPr>
        <w:t>නියමිත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වේලාවෙන්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පසුව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ලැබෙන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ටෙන්ඩර්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සලකා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බලනු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නොලැබේ</w:t>
      </w:r>
      <w:proofErr w:type="spellEnd"/>
      <w:r w:rsidRPr="00C55F10">
        <w:rPr>
          <w:sz w:val="30"/>
          <w:szCs w:val="30"/>
        </w:rPr>
        <w:t>.</w:t>
      </w:r>
    </w:p>
    <w:p w14:paraId="0670C667" w14:textId="1DE97612" w:rsidR="00141DBE" w:rsidRDefault="00141DBE">
      <w:pPr>
        <w:ind w:left="227" w:hanging="227"/>
        <w:rPr>
          <w:rFonts w:cs="Iskoola Pota"/>
          <w:sz w:val="30"/>
          <w:szCs w:val="30"/>
          <w:lang w:bidi="si-LK"/>
        </w:rPr>
      </w:pPr>
      <w:r>
        <w:rPr>
          <w:sz w:val="30"/>
          <w:szCs w:val="30"/>
        </w:rPr>
        <w:t>5.</w:t>
      </w:r>
      <w:r w:rsidRPr="00141DBE">
        <w:rPr>
          <w:cs/>
          <w:lang w:bidi="si-LK"/>
        </w:rPr>
        <w:t xml:space="preserve"> </w:t>
      </w:r>
      <w:r w:rsidRPr="00141DBE">
        <w:rPr>
          <w:rFonts w:cs="Iskoola Pota"/>
          <w:sz w:val="30"/>
          <w:szCs w:val="30"/>
          <w:cs/>
          <w:lang w:bidi="si-LK"/>
        </w:rPr>
        <w:t>ඉදිරිපත් කරනු ලබන ලංසු ඇස්තමේන්තුගත මුදලට වඩා අඩු වන්නේ නම්</w:t>
      </w:r>
      <w:r w:rsidRPr="00141DBE">
        <w:rPr>
          <w:sz w:val="30"/>
          <w:szCs w:val="30"/>
        </w:rPr>
        <w:t xml:space="preserve">, </w:t>
      </w:r>
      <w:r w:rsidRPr="00141DBE">
        <w:rPr>
          <w:rFonts w:cs="Iskoola Pota"/>
          <w:sz w:val="30"/>
          <w:szCs w:val="30"/>
          <w:cs/>
          <w:lang w:bidi="si-LK"/>
        </w:rPr>
        <w:t>එවැනි අවස්ථාවක තීරණය ගැනීමේ බලය ප්‍රසම්පාදන කමිටුව සතු වේ.</w:t>
      </w:r>
    </w:p>
    <w:p w14:paraId="1C8E0F9C" w14:textId="23ECDF0A" w:rsidR="00141DBE" w:rsidRPr="00C55F10" w:rsidRDefault="00141DBE">
      <w:pPr>
        <w:ind w:left="227" w:hanging="227"/>
        <w:rPr>
          <w:sz w:val="30"/>
          <w:szCs w:val="30"/>
        </w:rPr>
      </w:pPr>
      <w:r>
        <w:rPr>
          <w:rFonts w:cs="Iskoola Pota"/>
          <w:sz w:val="30"/>
          <w:szCs w:val="30"/>
          <w:lang w:bidi="si-LK"/>
        </w:rPr>
        <w:t>6.</w:t>
      </w:r>
      <w:r w:rsidRPr="00141DBE">
        <w:rPr>
          <w:cs/>
          <w:lang w:bidi="si-LK"/>
        </w:rPr>
        <w:t xml:space="preserve"> </w:t>
      </w:r>
      <w:r w:rsidRPr="00141DBE">
        <w:rPr>
          <w:rFonts w:cs="Iskoola Pota"/>
          <w:sz w:val="30"/>
          <w:szCs w:val="30"/>
          <w:cs/>
          <w:lang w:bidi="si-LK"/>
        </w:rPr>
        <w:t>පාම් පදනමේ සේවකයින් මෙම වාහන මිලදී ගැනීමට උනන්දුවක් දක්වන්නේ නම්</w:t>
      </w:r>
      <w:r w:rsidRPr="00141DBE">
        <w:rPr>
          <w:rFonts w:cs="Iskoola Pota"/>
          <w:sz w:val="30"/>
          <w:szCs w:val="30"/>
        </w:rPr>
        <w:t xml:space="preserve">, </w:t>
      </w:r>
      <w:r w:rsidRPr="00141DBE">
        <w:rPr>
          <w:rFonts w:cs="Iskoola Pota"/>
          <w:sz w:val="30"/>
          <w:szCs w:val="30"/>
          <w:cs/>
          <w:lang w:bidi="si-LK"/>
        </w:rPr>
        <w:t>ආයතනයේ අදාළ රෙගුලාසිවලට යටත්ව ඒ සඳහා ඉල්ලුම් කළ හැකිය.</w:t>
      </w:r>
    </w:p>
    <w:p w14:paraId="4B6CFF1D" w14:textId="6E1142A7" w:rsidR="0040338B" w:rsidRPr="00C55F10" w:rsidRDefault="00141DBE">
      <w:pPr>
        <w:ind w:left="227" w:hanging="227"/>
        <w:rPr>
          <w:sz w:val="30"/>
          <w:szCs w:val="30"/>
        </w:rPr>
      </w:pPr>
      <w:r>
        <w:rPr>
          <w:b/>
          <w:sz w:val="30"/>
          <w:szCs w:val="30"/>
        </w:rPr>
        <w:t>7</w:t>
      </w:r>
      <w:r w:rsidRPr="00C55F10">
        <w:rPr>
          <w:b/>
          <w:sz w:val="30"/>
          <w:szCs w:val="30"/>
        </w:rPr>
        <w:t xml:space="preserve">. </w:t>
      </w:r>
      <w:proofErr w:type="spellStart"/>
      <w:r w:rsidRPr="00C55F10">
        <w:rPr>
          <w:sz w:val="30"/>
          <w:szCs w:val="30"/>
        </w:rPr>
        <w:t>වාහන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විකිණීම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පිළිබඳ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අවසන්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තීරණය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ගැනීමේ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සම්පූර්ණ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බලය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පාම්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පදනමේ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ප්‍රසම්පාදන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කමිටුව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සතු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වේ</w:t>
      </w:r>
      <w:proofErr w:type="spellEnd"/>
      <w:r w:rsidRPr="00C55F10">
        <w:rPr>
          <w:sz w:val="30"/>
          <w:szCs w:val="30"/>
        </w:rPr>
        <w:t xml:space="preserve">. </w:t>
      </w:r>
      <w:r w:rsidR="00FE48ED" w:rsidRPr="00FE48ED">
        <w:rPr>
          <w:rFonts w:cs="Iskoola Pota"/>
          <w:sz w:val="30"/>
          <w:szCs w:val="30"/>
          <w:cs/>
          <w:lang w:bidi="si-LK"/>
        </w:rPr>
        <w:t>ඔබට</w:t>
      </w:r>
      <w:r w:rsidR="00FE48ED">
        <w:rPr>
          <w:rFonts w:cs="Iskoola Pota"/>
          <w:sz w:val="30"/>
          <w:szCs w:val="30"/>
          <w:lang w:bidi="si-LK"/>
        </w:rPr>
        <w:t xml:space="preserve"> </w:t>
      </w:r>
      <w:proofErr w:type="spellStart"/>
      <w:r w:rsidRPr="00C55F10">
        <w:rPr>
          <w:sz w:val="30"/>
          <w:szCs w:val="30"/>
        </w:rPr>
        <w:t>මිල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ගණන්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ඉදිරිපත්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කිරීමෙන්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පමණක්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වාහනයක්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මිලදී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ගැනීමේ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අයිතියක්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හෝ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සහතිකයක්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හිමි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නොවේ</w:t>
      </w:r>
      <w:proofErr w:type="spellEnd"/>
      <w:r w:rsidRPr="00C55F10">
        <w:rPr>
          <w:sz w:val="30"/>
          <w:szCs w:val="30"/>
        </w:rPr>
        <w:t>.</w:t>
      </w:r>
    </w:p>
    <w:p w14:paraId="2F83E93B" w14:textId="77777777" w:rsidR="0040338B" w:rsidRPr="00C55F10" w:rsidRDefault="00000000">
      <w:pPr>
        <w:rPr>
          <w:sz w:val="30"/>
          <w:szCs w:val="30"/>
        </w:rPr>
      </w:pPr>
      <w:proofErr w:type="spellStart"/>
      <w:r w:rsidRPr="00C55F10">
        <w:rPr>
          <w:b/>
          <w:sz w:val="30"/>
          <w:szCs w:val="30"/>
        </w:rPr>
        <w:t>සභාපති</w:t>
      </w:r>
      <w:proofErr w:type="spellEnd"/>
      <w:r w:rsidRPr="00C55F10">
        <w:rPr>
          <w:b/>
          <w:sz w:val="30"/>
          <w:szCs w:val="30"/>
        </w:rPr>
        <w:br/>
      </w:r>
      <w:proofErr w:type="spellStart"/>
      <w:r w:rsidRPr="00C55F10">
        <w:rPr>
          <w:sz w:val="30"/>
          <w:szCs w:val="30"/>
        </w:rPr>
        <w:t>ප්‍රසම්පාදන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කමිටුව</w:t>
      </w:r>
      <w:proofErr w:type="spellEnd"/>
      <w:r w:rsidRPr="00C55F10">
        <w:rPr>
          <w:sz w:val="30"/>
          <w:szCs w:val="30"/>
        </w:rPr>
        <w:br/>
      </w:r>
      <w:proofErr w:type="spellStart"/>
      <w:r w:rsidRPr="00C55F10">
        <w:rPr>
          <w:sz w:val="30"/>
          <w:szCs w:val="30"/>
        </w:rPr>
        <w:t>පාම්</w:t>
      </w:r>
      <w:proofErr w:type="spellEnd"/>
      <w:r w:rsidRPr="00C55F10">
        <w:rPr>
          <w:sz w:val="30"/>
          <w:szCs w:val="30"/>
        </w:rPr>
        <w:t xml:space="preserve"> </w:t>
      </w:r>
      <w:proofErr w:type="spellStart"/>
      <w:r w:rsidRPr="00C55F10">
        <w:rPr>
          <w:sz w:val="30"/>
          <w:szCs w:val="30"/>
        </w:rPr>
        <w:t>පදනම</w:t>
      </w:r>
      <w:proofErr w:type="spellEnd"/>
    </w:p>
    <w:sectPr w:rsidR="0040338B" w:rsidRPr="00C55F10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2687141">
    <w:abstractNumId w:val="8"/>
  </w:num>
  <w:num w:numId="2" w16cid:durableId="1386218592">
    <w:abstractNumId w:val="6"/>
  </w:num>
  <w:num w:numId="3" w16cid:durableId="2081054112">
    <w:abstractNumId w:val="5"/>
  </w:num>
  <w:num w:numId="4" w16cid:durableId="1298486563">
    <w:abstractNumId w:val="4"/>
  </w:num>
  <w:num w:numId="5" w16cid:durableId="1650941023">
    <w:abstractNumId w:val="7"/>
  </w:num>
  <w:num w:numId="6" w16cid:durableId="925265516">
    <w:abstractNumId w:val="3"/>
  </w:num>
  <w:num w:numId="7" w16cid:durableId="627275954">
    <w:abstractNumId w:val="2"/>
  </w:num>
  <w:num w:numId="8" w16cid:durableId="1986154007">
    <w:abstractNumId w:val="1"/>
  </w:num>
  <w:num w:numId="9" w16cid:durableId="806967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4AD"/>
    <w:rsid w:val="00141DBE"/>
    <w:rsid w:val="0015074B"/>
    <w:rsid w:val="00270025"/>
    <w:rsid w:val="0029639D"/>
    <w:rsid w:val="002C0B57"/>
    <w:rsid w:val="00326F90"/>
    <w:rsid w:val="0040338B"/>
    <w:rsid w:val="005C4808"/>
    <w:rsid w:val="00626550"/>
    <w:rsid w:val="00672DC3"/>
    <w:rsid w:val="008D1D1D"/>
    <w:rsid w:val="00A56CC1"/>
    <w:rsid w:val="00A84F71"/>
    <w:rsid w:val="00AA1D8D"/>
    <w:rsid w:val="00B41FE3"/>
    <w:rsid w:val="00B47730"/>
    <w:rsid w:val="00C55F10"/>
    <w:rsid w:val="00CB0664"/>
    <w:rsid w:val="00DB7549"/>
    <w:rsid w:val="00E279AE"/>
    <w:rsid w:val="00FC693F"/>
    <w:rsid w:val="00FE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0467F5"/>
  <w14:defaultImageDpi w14:val="300"/>
  <w15:docId w15:val="{D56E4226-DBD6-40EB-B151-0B0497E93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Iskoola Pota" w:eastAsia="Iskoola Pota" w:hAnsi="Iskoola Pota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Plam Foundation</cp:lastModifiedBy>
  <cp:revision>2</cp:revision>
  <cp:lastPrinted>2026-10-22T06:06:00Z</cp:lastPrinted>
  <dcterms:created xsi:type="dcterms:W3CDTF">2026-11-03T07:23:00Z</dcterms:created>
  <dcterms:modified xsi:type="dcterms:W3CDTF">2026-11-03T07:23:00Z</dcterms:modified>
  <cp:category/>
</cp:coreProperties>
</file>